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/>
          <w:color w:val="41823C"/>
          <w:sz w:val="24"/>
        </w:rPr>
        <w:t>PREFEITURA MUNICIPAL DE SÃO LOURENÇO DO OESTE</w:t>
      </w:r>
    </w:p>
    <w:p>
      <w:pPr>
        <w:jc w:val="center"/>
      </w:pPr>
      <w:r>
        <w:rPr>
          <w:b/>
          <w:i/>
          <w:color w:val="41823C"/>
          <w:sz w:val="20"/>
        </w:rPr>
        <w:t>SECRETARIA DE INDÚSTRIA, COMÉRCIO, TURISMO E EVENTOS</w:t>
      </w:r>
    </w:p>
    <w:p>
      <w:pPr>
        <w:jc w:val="center"/>
      </w:pPr>
      <w:r>
        <w:rPr>
          <w:b/>
          <w:i/>
          <w:color w:val="AFC841"/>
          <w:sz w:val="20"/>
        </w:rPr>
        <w:t>DIVISÃO DE APOIO AO TURISMO</w:t>
      </w:r>
    </w:p>
    <w:p>
      <w:pPr>
        <w:pBdr>
          <w:bottom w:val="single" w:sz="24" w:space="1" w:color="41823C"/>
        </w:pBdr>
      </w:pPr>
    </w:p>
    <w:p>
      <w:pPr>
        <w:jc w:val="center"/>
      </w:pPr>
      <w:r>
        <w:rPr>
          <w:b/>
          <w:color w:val="000000"/>
          <w:sz w:val="30"/>
        </w:rPr>
        <w:t>REQUERIMENTO DE SOLICITAÇÃO DE PATROCÍNIO</w:t>
      </w:r>
    </w:p>
    <w:p>
      <w:pPr>
        <w:jc w:val="center"/>
      </w:pPr>
      <w:r>
        <w:rPr>
          <w:i/>
          <w:color w:val="555555"/>
          <w:sz w:val="18"/>
        </w:rPr>
        <w:t>(em conformidade com a Lei Complementar Municipal nº 377/2025)</w:t>
      </w:r>
    </w:p>
    <w:p/>
    <w:p>
      <w:r>
        <w:rPr>
          <w:b/>
          <w:i w:val="0"/>
          <w:color w:val="41823C"/>
          <w:sz w:val="20"/>
        </w:rPr>
        <w:t>ATENÇÃO ENTIDADE/SOLICITANTE: este modelo deve ser ACOMPANHADO de OFÍCIO TIMBRADO da entidade (com a sua logo, dados de contato e CNPJ no cabeçalho) endereçado ao Prefeito Municipal, expondo de forma detalhada o evento, seu histórico e a importância do patrocínio.</w:t>
      </w:r>
    </w:p>
    <w:p/>
    <w:p>
      <w:r>
        <w:rPr>
          <w:b w:val="0"/>
          <w:i w:val="0"/>
          <w:sz w:val="22"/>
        </w:rPr>
        <w:t>Ao Excelentíssimo Senhor Prefeito Municipal de São Lourenço do Oeste, por intermédio da Secretaria de Indústria, Comércio, Turismo e Eventos / Divisão de Apoio ao Turismo.</w:t>
      </w:r>
    </w:p>
    <w:p/>
    <w:p>
      <w:pPr>
        <w:jc w:val="left"/>
      </w:pPr>
      <w:r>
        <w:rPr>
          <w:b/>
          <w:color w:val="41823C"/>
          <w:sz w:val="26"/>
        </w:rPr>
        <w:t>1. IDENTIFICAÇÃO DO PROPONENTE</w:t>
      </w:r>
    </w:p>
    <w:p>
      <w:r>
        <w:rPr>
          <w:b/>
        </w:rPr>
        <w:t xml:space="preserve">Razão Social / Nome da Entidade: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CNPJ: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Endereço completo: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Telefone / WhatsApp: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E-mail institucional: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Data de fundação: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Site / Redes sociais: </w:t>
      </w:r>
      <w:r>
        <w:rPr>
          <w:color w:val="555555"/>
        </w:rPr>
        <w:t>________________________________________________________________________________</w:t>
      </w:r>
    </w:p>
    <w:p/>
    <w:p>
      <w:pPr>
        <w:jc w:val="left"/>
      </w:pPr>
      <w:r>
        <w:rPr>
          <w:b/>
          <w:color w:val="41823C"/>
          <w:sz w:val="26"/>
        </w:rPr>
        <w:t>2. REPRESENTANTE LEGAL</w:t>
      </w:r>
    </w:p>
    <w:p>
      <w:r>
        <w:rPr>
          <w:b/>
        </w:rPr>
        <w:t xml:space="preserve">Nome completo: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CPF: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RG / Órgão emissor: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Cargo na entidade: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Telefone: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E-mail: </w:t>
      </w:r>
      <w:r>
        <w:rPr>
          <w:color w:val="555555"/>
        </w:rPr>
        <w:t>________________________________________________________________________________</w:t>
      </w:r>
    </w:p>
    <w:p/>
    <w:p>
      <w:pPr>
        <w:jc w:val="left"/>
      </w:pPr>
      <w:r>
        <w:rPr>
          <w:b/>
          <w:color w:val="41823C"/>
          <w:sz w:val="26"/>
        </w:rPr>
        <w:t>3. RESUMO DA SOLICITAÇÃO</w:t>
      </w:r>
    </w:p>
    <w:p>
      <w:r>
        <w:rPr>
          <w:b/>
        </w:rPr>
        <w:t xml:space="preserve">Nome do evento: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Data(s) de realização: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Local: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Público estimado: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Valor total do evento (R$):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Valor solicitado de patrocínio (R$): </w:t>
      </w:r>
      <w:r>
        <w:rPr>
          <w:color w:val="555555"/>
        </w:rPr>
        <w:t>________________________________________________________________________________</w:t>
      </w:r>
    </w:p>
    <w:p/>
    <w:p>
      <w:pPr>
        <w:jc w:val="left"/>
      </w:pPr>
      <w:r>
        <w:rPr>
          <w:b/>
          <w:color w:val="41823C"/>
          <w:sz w:val="26"/>
        </w:rPr>
        <w:t>4. MODALIDADE DE PATROCÍNIO PRETENDIDO</w:t>
      </w:r>
    </w:p>
    <w:p>
      <w:r>
        <w:rPr>
          <w:b w:val="0"/>
          <w:i/>
          <w:color w:val="555555"/>
          <w:sz w:val="20"/>
        </w:rPr>
        <w:t>(Marque com X uma ou mais opções, conforme art. 5º da LC 377/2025)</w:t>
      </w:r>
    </w:p>
    <w:p>
      <w:r>
        <w:rPr>
          <w:b w:val="0"/>
          <w:i w:val="0"/>
          <w:sz w:val="22"/>
        </w:rPr>
        <w:t>[   ]  Repasse financeiro</w:t>
      </w:r>
    </w:p>
    <w:p>
      <w:r>
        <w:rPr>
          <w:b w:val="0"/>
          <w:i w:val="0"/>
          <w:sz w:val="22"/>
        </w:rPr>
        <w:t>[   ]  Concessão/permissão de uso de bens móveis ou imóveis do Município</w:t>
      </w:r>
    </w:p>
    <w:p>
      <w:r>
        <w:rPr>
          <w:b w:val="0"/>
          <w:i w:val="0"/>
          <w:sz w:val="22"/>
        </w:rPr>
        <w:t>[   ]  Disponibilização de servidores do quadro de pessoal do Município</w:t>
      </w:r>
    </w:p>
    <w:p/>
    <w:p>
      <w:pPr>
        <w:jc w:val="left"/>
      </w:pPr>
      <w:r>
        <w:rPr>
          <w:b/>
          <w:color w:val="41823C"/>
          <w:sz w:val="26"/>
        </w:rPr>
        <w:t>5. DECLARAÇÕES OBRIGATÓRIAS</w:t>
      </w:r>
    </w:p>
    <w:p>
      <w:r>
        <w:rPr>
          <w:b/>
          <w:i w:val="0"/>
          <w:sz w:val="22"/>
        </w:rPr>
        <w:t>Declaro, sob as penas da lei, que:</w:t>
      </w:r>
    </w:p>
    <w:p>
      <w:r>
        <w:rPr>
          <w:b w:val="0"/>
          <w:i w:val="0"/>
          <w:sz w:val="22"/>
        </w:rPr>
        <w:t>a) O evento NÃO POSSUI FINS LUCRATIVOS (art. 10, XII, LC 377/2025);</w:t>
      </w:r>
    </w:p>
    <w:p>
      <w:r>
        <w:rPr>
          <w:b w:val="0"/>
          <w:i w:val="0"/>
          <w:sz w:val="22"/>
        </w:rPr>
        <w:t>b) A entidade NÃO é organizada por servidores públicos municipais, estaduais ou federais ou por suas associações (art. 4º, §3º, I);</w:t>
      </w:r>
    </w:p>
    <w:p>
      <w:r>
        <w:rPr>
          <w:b w:val="0"/>
          <w:i w:val="0"/>
          <w:sz w:val="22"/>
        </w:rPr>
        <w:t>c) O evento NÃO está vinculado a entidades político-partidárias ou religiosas (art. 4º, §3º, II);</w:t>
      </w:r>
    </w:p>
    <w:p>
      <w:r>
        <w:rPr>
          <w:b w:val="0"/>
          <w:i w:val="0"/>
          <w:sz w:val="22"/>
        </w:rPr>
        <w:t>d) O evento NÃO agride o meio ambiente, a saúde ou normas de posturas do Município (art. 4º, §3º, III);</w:t>
      </w:r>
    </w:p>
    <w:p>
      <w:r>
        <w:rPr>
          <w:b w:val="0"/>
          <w:i w:val="0"/>
          <w:sz w:val="22"/>
        </w:rPr>
        <w:t>e) A entidade NÃO possui em sua diretoria servidor público municipal, agente político municipal, vereadores, seus cônjuges, companheiros ou parentes até o terceiro grau (art. 4º, §3º, V);</w:t>
      </w:r>
    </w:p>
    <w:p>
      <w:r>
        <w:rPr>
          <w:b w:val="0"/>
          <w:i w:val="0"/>
          <w:sz w:val="22"/>
        </w:rPr>
        <w:t>f) Estou ciente das contrapartidas obrigatórias (Capítulo V da LC 377/2025) e me comprometo a cumpri-las;</w:t>
      </w:r>
    </w:p>
    <w:p>
      <w:r>
        <w:rPr>
          <w:b w:val="0"/>
          <w:i w:val="0"/>
          <w:sz w:val="22"/>
        </w:rPr>
        <w:t>g) Estou ciente da obrigação de prestar contas no prazo de até 90 dias (art. 16, LC 377/2025);</w:t>
      </w:r>
    </w:p>
    <w:p>
      <w:r>
        <w:rPr>
          <w:b w:val="0"/>
          <w:i w:val="0"/>
          <w:sz w:val="22"/>
        </w:rPr>
        <w:t>h) Todas as informações prestadas são verdadeiras e os documentos anexados são autênticos.</w:t>
      </w:r>
    </w:p>
    <w:p/>
    <w:p>
      <w:pPr>
        <w:jc w:val="left"/>
      </w:pPr>
      <w:r>
        <w:rPr>
          <w:b/>
          <w:color w:val="41823C"/>
          <w:sz w:val="26"/>
        </w:rPr>
        <w:t>6. DOCUMENTOS ANEXOS</w:t>
      </w:r>
    </w:p>
    <w:p>
      <w:r>
        <w:rPr>
          <w:b w:val="0"/>
          <w:i/>
          <w:sz w:val="20"/>
        </w:rPr>
        <w:t>Anexo a este requerimento, encaminho:</w:t>
      </w:r>
    </w:p>
    <w:p>
      <w:r>
        <w:rPr>
          <w:b w:val="0"/>
          <w:i w:val="0"/>
          <w:sz w:val="22"/>
        </w:rPr>
        <w:t>[   ]  Ofício timbrado da entidade (com logo, CNPJ e dados de contato) com detalhamento do evento</w:t>
      </w:r>
    </w:p>
    <w:p>
      <w:r>
        <w:rPr>
          <w:b w:val="0"/>
          <w:i w:val="0"/>
          <w:sz w:val="22"/>
        </w:rPr>
        <w:t>[   ]  Plano de Trabalho preenchido e assinado</w:t>
      </w:r>
    </w:p>
    <w:p>
      <w:r>
        <w:rPr>
          <w:b w:val="0"/>
          <w:i w:val="0"/>
          <w:sz w:val="22"/>
        </w:rPr>
        <w:t>[   ]  Plano de Evento preenchido e assinado, COM FOTOS, IMAGENS e LOGO do evento</w:t>
      </w:r>
    </w:p>
    <w:p>
      <w:r>
        <w:rPr>
          <w:b w:val="0"/>
          <w:i w:val="0"/>
          <w:sz w:val="22"/>
        </w:rPr>
        <w:t>[   ]  Documentação de habilitação jurídica e fiscal (vide Checklist)</w:t>
      </w:r>
    </w:p>
    <w:p>
      <w:r>
        <w:rPr>
          <w:b w:val="0"/>
          <w:i w:val="0"/>
          <w:sz w:val="22"/>
        </w:rPr>
        <w:t>[   ]  Proposta detalhada de contrapartidas</w:t>
      </w:r>
    </w:p>
    <w:p>
      <w:r>
        <w:rPr>
          <w:b w:val="0"/>
          <w:i w:val="0"/>
          <w:sz w:val="22"/>
        </w:rPr>
        <w:t>[   ]  Dados bancários da entidade (banco, agência, conta corrente específica)</w:t>
      </w:r>
    </w:p>
    <w:p/>
    <w:p>
      <w:r>
        <w:rPr>
          <w:b/>
          <w:i w:val="0"/>
          <w:sz w:val="22"/>
        </w:rPr>
        <w:t>Nestes termos, peço deferimento.</w:t>
      </w:r>
    </w:p>
    <w:p/>
    <w:p>
      <w:pPr>
        <w:jc w:val="right"/>
      </w:pPr>
      <w:r>
        <w:rPr>
          <w:b w:val="0"/>
          <w:i w:val="0"/>
          <w:sz w:val="22"/>
        </w:rPr>
        <w:t>São Lourenço do Oeste/SC, _____ de ______________________ de 20____.</w:t>
      </w:r>
    </w:p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____________________________________________________________</w:t>
      </w:r>
    </w:p>
    <w:p>
      <w:pPr>
        <w:jc w:val="center"/>
      </w:pPr>
      <w:r>
        <w:rPr>
          <w:b/>
          <w:i w:val="0"/>
          <w:sz w:val="22"/>
        </w:rPr>
        <w:t>Assinatura do Representante Legal</w:t>
      </w:r>
    </w:p>
    <w:p>
      <w:pPr>
        <w:jc w:val="center"/>
      </w:pPr>
      <w:r>
        <w:rPr>
          <w:b w:val="0"/>
          <w:i/>
          <w:color w:val="555555"/>
          <w:sz w:val="18"/>
        </w:rPr>
        <w:t>(Documento deve ser assinado digitalmente com Certificado Digital ICP-Brasil ou pela plataforma Gov.br)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/>
        <w:color w:val="41823C"/>
        <w:sz w:val="16"/>
      </w:rPr>
      <w:t>Prefeitura Municipal de São Lourenço do Oeste/SC  •  Rua Duque de Caxias, 789 - Centro  •  (49) 3344-8500  •  www.saolourenco.sc.gov.br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drawing>
        <wp:inline xmlns:a="http://schemas.openxmlformats.org/drawingml/2006/main" xmlns:pic="http://schemas.openxmlformats.org/drawingml/2006/picture">
          <wp:extent cx="1620000" cy="779553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_pmslo_verd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0000" cy="779553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